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939"/>
        <w:gridCol w:w="8131"/>
      </w:tblGrid>
      <w:tr w:rsidR="005E1E97" w14:paraId="7B09576A" w14:textId="77777777" w:rsidTr="00D22290">
        <w:tc>
          <w:tcPr>
            <w:tcW w:w="10070" w:type="dxa"/>
            <w:gridSpan w:val="2"/>
            <w:tcBorders>
              <w:bottom w:val="single" w:sz="4" w:space="0" w:color="auto"/>
            </w:tcBorders>
            <w:shd w:val="clear" w:color="auto" w:fill="36304D"/>
            <w:tcMar>
              <w:top w:w="0" w:type="dxa"/>
              <w:bottom w:w="0" w:type="dxa"/>
            </w:tcMar>
          </w:tcPr>
          <w:p w14:paraId="4DDEE523" w14:textId="5ACE3EA5" w:rsidR="005E1E97" w:rsidRPr="005E1E97" w:rsidRDefault="005E1E97" w:rsidP="008147F3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bookmarkStart w:id="0" w:name="_Hlk236839543"/>
            <w:r w:rsidRPr="005E1E97">
              <w:rPr>
                <w:b/>
                <w:bCs/>
                <w:color w:val="FFFFFF" w:themeColor="background1"/>
                <w:sz w:val="28"/>
                <w:szCs w:val="28"/>
              </w:rPr>
              <w:t>SYMPOSIUM</w:t>
            </w:r>
          </w:p>
        </w:tc>
      </w:tr>
      <w:tr w:rsidR="005E1E97" w14:paraId="1CAF9F9A" w14:textId="77777777" w:rsidTr="00D22290">
        <w:tc>
          <w:tcPr>
            <w:tcW w:w="10070" w:type="dxa"/>
            <w:gridSpan w:val="2"/>
            <w:tcBorders>
              <w:bottom w:val="single" w:sz="4" w:space="0" w:color="auto"/>
            </w:tcBorders>
            <w:shd w:val="clear" w:color="auto" w:fill="C2BCD6"/>
            <w:tcMar>
              <w:top w:w="0" w:type="dxa"/>
              <w:bottom w:w="0" w:type="dxa"/>
            </w:tcMar>
          </w:tcPr>
          <w:p w14:paraId="5D2CD9E2" w14:textId="6D15F85D" w:rsidR="005E1E97" w:rsidRPr="005E1E97" w:rsidRDefault="005E1E97" w:rsidP="008147F3">
            <w:pPr>
              <w:rPr>
                <w:color w:val="000000" w:themeColor="text1"/>
              </w:rPr>
            </w:pPr>
            <w:r w:rsidRPr="005E1E97">
              <w:rPr>
                <w:color w:val="000000" w:themeColor="text1"/>
              </w:rPr>
              <w:t>Title (max.150 characters)</w:t>
            </w:r>
          </w:p>
        </w:tc>
      </w:tr>
      <w:tr w:rsidR="005E1E97" w14:paraId="1B91C6D9" w14:textId="77777777" w:rsidTr="00D22290">
        <w:tc>
          <w:tcPr>
            <w:tcW w:w="1007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bottom w:w="0" w:type="dxa"/>
            </w:tcMar>
          </w:tcPr>
          <w:p w14:paraId="078F3285" w14:textId="77777777" w:rsidR="005E1E97" w:rsidRPr="005E1E97" w:rsidRDefault="005E1E97" w:rsidP="008147F3">
            <w:pPr>
              <w:rPr>
                <w:color w:val="000000" w:themeColor="text1"/>
              </w:rPr>
            </w:pPr>
          </w:p>
        </w:tc>
      </w:tr>
      <w:tr w:rsidR="005E1E97" w14:paraId="379446CC" w14:textId="77777777" w:rsidTr="00D22290">
        <w:tc>
          <w:tcPr>
            <w:tcW w:w="10070" w:type="dxa"/>
            <w:gridSpan w:val="2"/>
            <w:shd w:val="clear" w:color="auto" w:fill="C2BCD6"/>
            <w:tcMar>
              <w:top w:w="0" w:type="dxa"/>
              <w:bottom w:w="0" w:type="dxa"/>
            </w:tcMar>
          </w:tcPr>
          <w:p w14:paraId="160421E0" w14:textId="122C9FB2" w:rsidR="005E1E97" w:rsidRPr="005E1E97" w:rsidRDefault="005E1E97" w:rsidP="008147F3">
            <w:pPr>
              <w:rPr>
                <w:color w:val="000000" w:themeColor="text1"/>
              </w:rPr>
            </w:pPr>
            <w:r w:rsidRPr="005E1E97">
              <w:rPr>
                <w:color w:val="000000" w:themeColor="text1"/>
              </w:rPr>
              <w:t>Integrative Statement (max.250 words)</w:t>
            </w:r>
          </w:p>
        </w:tc>
      </w:tr>
      <w:tr w:rsidR="005E1E97" w14:paraId="6C4F60D1" w14:textId="77777777" w:rsidTr="00D22290">
        <w:trPr>
          <w:trHeight w:val="1714"/>
        </w:trPr>
        <w:tc>
          <w:tcPr>
            <w:tcW w:w="10070" w:type="dxa"/>
            <w:gridSpan w:val="2"/>
            <w:tcBorders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2A3C7488" w14:textId="77777777" w:rsidR="005E1E97" w:rsidRPr="005E1E97" w:rsidRDefault="005E1E97" w:rsidP="008147F3">
            <w:pPr>
              <w:rPr>
                <w:color w:val="000000" w:themeColor="text1"/>
              </w:rPr>
            </w:pPr>
          </w:p>
        </w:tc>
      </w:tr>
      <w:tr w:rsidR="005E1E97" w14:paraId="1F084C22" w14:textId="77777777" w:rsidTr="00D22290">
        <w:tc>
          <w:tcPr>
            <w:tcW w:w="1939" w:type="dxa"/>
            <w:shd w:val="clear" w:color="auto" w:fill="C2BCD6"/>
            <w:tcMar>
              <w:top w:w="0" w:type="dxa"/>
              <w:bottom w:w="0" w:type="dxa"/>
            </w:tcMar>
          </w:tcPr>
          <w:p w14:paraId="626786CD" w14:textId="7966D89B" w:rsidR="005E1E97" w:rsidRPr="005E1E97" w:rsidRDefault="005E1E97" w:rsidP="008147F3">
            <w:r w:rsidRPr="005E1E97">
              <w:t xml:space="preserve">Chair </w:t>
            </w:r>
          </w:p>
        </w:tc>
        <w:tc>
          <w:tcPr>
            <w:tcW w:w="8131" w:type="dxa"/>
            <w:tcMar>
              <w:top w:w="0" w:type="dxa"/>
              <w:bottom w:w="0" w:type="dxa"/>
            </w:tcMar>
          </w:tcPr>
          <w:p w14:paraId="38AB4F27" w14:textId="77777777" w:rsidR="005E1E97" w:rsidRDefault="005E1E97" w:rsidP="008147F3"/>
        </w:tc>
      </w:tr>
      <w:tr w:rsidR="005E1E97" w14:paraId="409FEB5A" w14:textId="77777777" w:rsidTr="00D22290">
        <w:tc>
          <w:tcPr>
            <w:tcW w:w="1939" w:type="dxa"/>
            <w:shd w:val="clear" w:color="auto" w:fill="C2BCD6"/>
            <w:tcMar>
              <w:top w:w="0" w:type="dxa"/>
              <w:bottom w:w="0" w:type="dxa"/>
            </w:tcMar>
          </w:tcPr>
          <w:p w14:paraId="2353F9DB" w14:textId="45938713" w:rsidR="005E1E97" w:rsidRPr="005E1E97" w:rsidRDefault="0055654A" w:rsidP="008147F3">
            <w:r>
              <w:t>Institution</w:t>
            </w:r>
          </w:p>
        </w:tc>
        <w:tc>
          <w:tcPr>
            <w:tcW w:w="8131" w:type="dxa"/>
            <w:tcMar>
              <w:top w:w="0" w:type="dxa"/>
              <w:bottom w:w="0" w:type="dxa"/>
            </w:tcMar>
          </w:tcPr>
          <w:p w14:paraId="67A50439" w14:textId="77777777" w:rsidR="005E1E97" w:rsidRDefault="005E1E97" w:rsidP="008147F3"/>
        </w:tc>
      </w:tr>
      <w:bookmarkEnd w:id="0"/>
    </w:tbl>
    <w:p w14:paraId="5E8F8E57" w14:textId="77777777" w:rsidR="009E3B48" w:rsidRDefault="009E3B48" w:rsidP="008147F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0"/>
        <w:gridCol w:w="7850"/>
      </w:tblGrid>
      <w:tr w:rsidR="005E1E97" w14:paraId="64F58DEE" w14:textId="77777777" w:rsidTr="0055654A">
        <w:tc>
          <w:tcPr>
            <w:tcW w:w="10220" w:type="dxa"/>
            <w:gridSpan w:val="2"/>
            <w:tcBorders>
              <w:bottom w:val="single" w:sz="4" w:space="0" w:color="auto"/>
            </w:tcBorders>
            <w:shd w:val="clear" w:color="auto" w:fill="36304D"/>
          </w:tcPr>
          <w:p w14:paraId="5EEA7E21" w14:textId="37601309" w:rsidR="005E1E97" w:rsidRDefault="005E1E97" w:rsidP="008147F3">
            <w:r w:rsidRPr="0055654A">
              <w:rPr>
                <w:b/>
                <w:bCs/>
                <w:color w:val="FFFFFF" w:themeColor="background1"/>
                <w:sz w:val="28"/>
                <w:szCs w:val="28"/>
              </w:rPr>
              <w:t>PRESENTATION 1</w:t>
            </w:r>
          </w:p>
        </w:tc>
      </w:tr>
      <w:tr w:rsidR="0055654A" w14:paraId="4B11973A" w14:textId="77777777" w:rsidTr="0055654A">
        <w:tc>
          <w:tcPr>
            <w:tcW w:w="10220" w:type="dxa"/>
            <w:gridSpan w:val="2"/>
            <w:shd w:val="clear" w:color="auto" w:fill="C2BCD6"/>
          </w:tcPr>
          <w:p w14:paraId="2C90D394" w14:textId="35C6E72F" w:rsidR="0055654A" w:rsidRDefault="0055654A" w:rsidP="008147F3">
            <w:r w:rsidRPr="005E1E97">
              <w:t>Title (max.150 characters)</w:t>
            </w:r>
          </w:p>
        </w:tc>
      </w:tr>
      <w:tr w:rsidR="0055654A" w14:paraId="684087DA" w14:textId="77777777" w:rsidTr="0055654A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4CA81BD5" w14:textId="77777777" w:rsidR="0055654A" w:rsidRPr="005E1E97" w:rsidRDefault="0055654A" w:rsidP="008147F3"/>
        </w:tc>
      </w:tr>
      <w:tr w:rsidR="0055654A" w14:paraId="4E83B9D8" w14:textId="77777777" w:rsidTr="0055654A">
        <w:tc>
          <w:tcPr>
            <w:tcW w:w="10220" w:type="dxa"/>
            <w:gridSpan w:val="2"/>
            <w:shd w:val="clear" w:color="auto" w:fill="8579AB"/>
          </w:tcPr>
          <w:p w14:paraId="7E98FF36" w14:textId="7736C9A7" w:rsidR="0055654A" w:rsidRPr="0055654A" w:rsidRDefault="0055654A" w:rsidP="008147F3">
            <w:pPr>
              <w:rPr>
                <w:b/>
                <w:bCs/>
                <w:color w:val="FFFFFF" w:themeColor="background1"/>
              </w:rPr>
            </w:pPr>
            <w:r w:rsidRPr="0055654A">
              <w:rPr>
                <w:b/>
                <w:bCs/>
                <w:color w:val="FFFFFF" w:themeColor="background1"/>
              </w:rPr>
              <w:t>Authors (max.</w:t>
            </w:r>
            <w:r w:rsidR="00154ACE">
              <w:rPr>
                <w:b/>
                <w:bCs/>
                <w:color w:val="FFFFFF" w:themeColor="background1"/>
              </w:rPr>
              <w:t xml:space="preserve"> </w:t>
            </w:r>
            <w:r w:rsidRPr="0055654A">
              <w:rPr>
                <w:b/>
                <w:bCs/>
                <w:color w:val="FFFFFF" w:themeColor="background1"/>
              </w:rPr>
              <w:t>4)</w:t>
            </w:r>
          </w:p>
        </w:tc>
      </w:tr>
      <w:tr w:rsidR="005E1E97" w14:paraId="46ADFD70" w14:textId="77777777" w:rsidTr="0055654A">
        <w:tc>
          <w:tcPr>
            <w:tcW w:w="2235" w:type="dxa"/>
            <w:shd w:val="clear" w:color="auto" w:fill="C2BCD6"/>
          </w:tcPr>
          <w:p w14:paraId="7CE36A54" w14:textId="66FD97A3" w:rsidR="005E1E97" w:rsidRDefault="005E1E97" w:rsidP="008147F3">
            <w:r w:rsidRPr="005E1E97">
              <w:t xml:space="preserve">Author </w:t>
            </w:r>
            <w:r w:rsidR="0055654A">
              <w:t>1 Name</w:t>
            </w:r>
          </w:p>
        </w:tc>
        <w:tc>
          <w:tcPr>
            <w:tcW w:w="7985" w:type="dxa"/>
          </w:tcPr>
          <w:p w14:paraId="3B7305B0" w14:textId="77777777" w:rsidR="005E1E97" w:rsidRDefault="005E1E97" w:rsidP="008147F3"/>
        </w:tc>
      </w:tr>
      <w:tr w:rsidR="005E1E97" w14:paraId="1AF42566" w14:textId="77777777" w:rsidTr="0055654A">
        <w:tc>
          <w:tcPr>
            <w:tcW w:w="2235" w:type="dxa"/>
            <w:shd w:val="clear" w:color="auto" w:fill="C2BCD6"/>
          </w:tcPr>
          <w:p w14:paraId="1BE09CFD" w14:textId="4A969D7C" w:rsidR="005E1E97" w:rsidRPr="005E1E97" w:rsidRDefault="0055654A" w:rsidP="008147F3">
            <w:r w:rsidRPr="005E1E97">
              <w:t xml:space="preserve">Author </w:t>
            </w:r>
            <w:r>
              <w:t xml:space="preserve">1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12F34D96" w14:textId="77777777" w:rsidR="005E1E97" w:rsidRDefault="005E1E97" w:rsidP="008147F3"/>
        </w:tc>
      </w:tr>
      <w:tr w:rsidR="0055654A" w14:paraId="4E771A5A" w14:textId="77777777" w:rsidTr="00C65512">
        <w:tc>
          <w:tcPr>
            <w:tcW w:w="10220" w:type="dxa"/>
            <w:gridSpan w:val="2"/>
          </w:tcPr>
          <w:p w14:paraId="54013C67" w14:textId="77777777" w:rsidR="0055654A" w:rsidRDefault="0055654A" w:rsidP="008147F3"/>
        </w:tc>
      </w:tr>
      <w:tr w:rsidR="0055654A" w14:paraId="2E297CA7" w14:textId="77777777" w:rsidTr="0055654A">
        <w:tc>
          <w:tcPr>
            <w:tcW w:w="2235" w:type="dxa"/>
            <w:shd w:val="clear" w:color="auto" w:fill="C2BCD6"/>
          </w:tcPr>
          <w:p w14:paraId="5AD8C9F4" w14:textId="1BD56C84" w:rsidR="0055654A" w:rsidRPr="0055654A" w:rsidRDefault="0055654A" w:rsidP="008147F3">
            <w:r w:rsidRPr="005E1E97">
              <w:t xml:space="preserve">Author </w:t>
            </w:r>
            <w:r>
              <w:t>2 Name</w:t>
            </w:r>
          </w:p>
        </w:tc>
        <w:tc>
          <w:tcPr>
            <w:tcW w:w="7985" w:type="dxa"/>
          </w:tcPr>
          <w:p w14:paraId="49C88F2D" w14:textId="77777777" w:rsidR="0055654A" w:rsidRDefault="0055654A" w:rsidP="008147F3"/>
        </w:tc>
      </w:tr>
      <w:tr w:rsidR="0055654A" w14:paraId="503681F1" w14:textId="77777777" w:rsidTr="0055654A">
        <w:tc>
          <w:tcPr>
            <w:tcW w:w="2235" w:type="dxa"/>
            <w:shd w:val="clear" w:color="auto" w:fill="C2BCD6"/>
          </w:tcPr>
          <w:p w14:paraId="3D8DEF87" w14:textId="110A2AA1" w:rsidR="0055654A" w:rsidRPr="005E1E97" w:rsidRDefault="0055654A" w:rsidP="008147F3">
            <w:r w:rsidRPr="005E1E97">
              <w:t xml:space="preserve">Author </w:t>
            </w:r>
            <w:r>
              <w:t xml:space="preserve">2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092AF646" w14:textId="77777777" w:rsidR="0055654A" w:rsidRDefault="0055654A" w:rsidP="008147F3"/>
        </w:tc>
      </w:tr>
      <w:tr w:rsidR="0055654A" w14:paraId="469B363B" w14:textId="77777777" w:rsidTr="0008367A">
        <w:tc>
          <w:tcPr>
            <w:tcW w:w="10220" w:type="dxa"/>
            <w:gridSpan w:val="2"/>
          </w:tcPr>
          <w:p w14:paraId="1B7DDD30" w14:textId="77777777" w:rsidR="0055654A" w:rsidRDefault="0055654A" w:rsidP="008147F3"/>
        </w:tc>
      </w:tr>
      <w:tr w:rsidR="0055654A" w14:paraId="4D656B1F" w14:textId="77777777" w:rsidTr="0055654A">
        <w:tc>
          <w:tcPr>
            <w:tcW w:w="2235" w:type="dxa"/>
            <w:shd w:val="clear" w:color="auto" w:fill="C2BCD6"/>
          </w:tcPr>
          <w:p w14:paraId="7589130D" w14:textId="15F84852" w:rsidR="0055654A" w:rsidRPr="005E1E97" w:rsidRDefault="0055654A" w:rsidP="008147F3">
            <w:r w:rsidRPr="005E1E97">
              <w:t xml:space="preserve">Author </w:t>
            </w:r>
            <w:r>
              <w:t>3 Name</w:t>
            </w:r>
          </w:p>
        </w:tc>
        <w:tc>
          <w:tcPr>
            <w:tcW w:w="7985" w:type="dxa"/>
          </w:tcPr>
          <w:p w14:paraId="26ACC745" w14:textId="77777777" w:rsidR="0055654A" w:rsidRDefault="0055654A" w:rsidP="008147F3"/>
        </w:tc>
      </w:tr>
      <w:tr w:rsidR="0055654A" w14:paraId="3F67B9B6" w14:textId="77777777" w:rsidTr="0055654A">
        <w:tc>
          <w:tcPr>
            <w:tcW w:w="2235" w:type="dxa"/>
            <w:shd w:val="clear" w:color="auto" w:fill="C2BCD6"/>
          </w:tcPr>
          <w:p w14:paraId="46CB61EC" w14:textId="6BC6550B" w:rsidR="0055654A" w:rsidRPr="005E1E97" w:rsidRDefault="0055654A" w:rsidP="008147F3">
            <w:r w:rsidRPr="005E1E97">
              <w:t xml:space="preserve">Author </w:t>
            </w:r>
            <w:r>
              <w:t xml:space="preserve">3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03787687" w14:textId="77777777" w:rsidR="0055654A" w:rsidRDefault="0055654A" w:rsidP="008147F3"/>
        </w:tc>
      </w:tr>
      <w:tr w:rsidR="0055654A" w14:paraId="22689B9D" w14:textId="77777777" w:rsidTr="00E82D9F">
        <w:tc>
          <w:tcPr>
            <w:tcW w:w="10220" w:type="dxa"/>
            <w:gridSpan w:val="2"/>
          </w:tcPr>
          <w:p w14:paraId="27A28F85" w14:textId="77777777" w:rsidR="0055654A" w:rsidRDefault="0055654A" w:rsidP="008147F3"/>
        </w:tc>
      </w:tr>
      <w:tr w:rsidR="0055654A" w14:paraId="3CC87F4E" w14:textId="77777777" w:rsidTr="008147F3">
        <w:tc>
          <w:tcPr>
            <w:tcW w:w="2235" w:type="dxa"/>
            <w:shd w:val="clear" w:color="auto" w:fill="C2BCD6"/>
          </w:tcPr>
          <w:p w14:paraId="094C5C74" w14:textId="3CBC070C" w:rsidR="0055654A" w:rsidRPr="005E1E97" w:rsidRDefault="0055654A" w:rsidP="008147F3">
            <w:r w:rsidRPr="005E1E97">
              <w:t xml:space="preserve">Author </w:t>
            </w:r>
            <w:r>
              <w:t>4 Name</w:t>
            </w:r>
          </w:p>
        </w:tc>
        <w:tc>
          <w:tcPr>
            <w:tcW w:w="7985" w:type="dxa"/>
          </w:tcPr>
          <w:p w14:paraId="51837FBE" w14:textId="77777777" w:rsidR="0055654A" w:rsidRDefault="0055654A" w:rsidP="008147F3"/>
        </w:tc>
      </w:tr>
      <w:tr w:rsidR="0055654A" w14:paraId="3A01D4F7" w14:textId="77777777" w:rsidTr="008147F3">
        <w:tc>
          <w:tcPr>
            <w:tcW w:w="2235" w:type="dxa"/>
            <w:shd w:val="clear" w:color="auto" w:fill="C2BCD6"/>
          </w:tcPr>
          <w:p w14:paraId="08C045FA" w14:textId="17883599" w:rsidR="0055654A" w:rsidRPr="005E1E97" w:rsidRDefault="0055654A" w:rsidP="008147F3">
            <w:r w:rsidRPr="005E1E97">
              <w:t xml:space="preserve">Author </w:t>
            </w:r>
            <w:r>
              <w:t xml:space="preserve">4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534931A1" w14:textId="77777777" w:rsidR="0055654A" w:rsidRDefault="0055654A" w:rsidP="008147F3"/>
        </w:tc>
      </w:tr>
      <w:tr w:rsidR="008147F3" w14:paraId="7B123A38" w14:textId="77777777" w:rsidTr="008147F3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49025F63" w14:textId="77777777" w:rsidR="008147F3" w:rsidRPr="005E1E97" w:rsidRDefault="008147F3" w:rsidP="008147F3"/>
        </w:tc>
      </w:tr>
      <w:tr w:rsidR="0055654A" w14:paraId="14892A30" w14:textId="77777777" w:rsidTr="008147F3">
        <w:tc>
          <w:tcPr>
            <w:tcW w:w="10220" w:type="dxa"/>
            <w:gridSpan w:val="2"/>
            <w:shd w:val="clear" w:color="auto" w:fill="C2BCD6"/>
          </w:tcPr>
          <w:p w14:paraId="1F8D8DE4" w14:textId="3C100F21" w:rsidR="0055654A" w:rsidRDefault="0055654A" w:rsidP="008147F3">
            <w:r w:rsidRPr="005E1E97">
              <w:t>Abstract (max.250 words)</w:t>
            </w:r>
          </w:p>
        </w:tc>
      </w:tr>
      <w:tr w:rsidR="0055654A" w14:paraId="47CE2EAE" w14:textId="77777777" w:rsidTr="00154ACE">
        <w:trPr>
          <w:trHeight w:val="347"/>
        </w:trPr>
        <w:tc>
          <w:tcPr>
            <w:tcW w:w="10220" w:type="dxa"/>
            <w:gridSpan w:val="2"/>
            <w:tcMar>
              <w:top w:w="108" w:type="dxa"/>
              <w:bottom w:w="108" w:type="dxa"/>
            </w:tcMar>
          </w:tcPr>
          <w:p w14:paraId="47775394" w14:textId="77777777" w:rsidR="0055654A" w:rsidRPr="005E1E97" w:rsidRDefault="0055654A" w:rsidP="008147F3"/>
        </w:tc>
      </w:tr>
    </w:tbl>
    <w:p w14:paraId="594F3B85" w14:textId="60E05602" w:rsidR="008147F3" w:rsidRDefault="008147F3" w:rsidP="008147F3"/>
    <w:p w14:paraId="19507C78" w14:textId="3FC3D718" w:rsidR="009E3B48" w:rsidRDefault="009E3B48" w:rsidP="008147F3"/>
    <w:p w14:paraId="571F82D8" w14:textId="445491CC" w:rsidR="009E3B48" w:rsidRDefault="009E3B48" w:rsidP="008147F3"/>
    <w:p w14:paraId="7B6A120D" w14:textId="77777777" w:rsidR="009E3B48" w:rsidRDefault="009E3B48" w:rsidP="008147F3"/>
    <w:p w14:paraId="2098DB6C" w14:textId="77777777" w:rsidR="009E3B48" w:rsidRDefault="009E3B48" w:rsidP="008147F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0"/>
        <w:gridCol w:w="7850"/>
      </w:tblGrid>
      <w:tr w:rsidR="00154ACE" w14:paraId="24149507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  <w:shd w:val="clear" w:color="auto" w:fill="36304D"/>
          </w:tcPr>
          <w:p w14:paraId="4065FFD6" w14:textId="379FA079" w:rsidR="00154ACE" w:rsidRDefault="00154ACE" w:rsidP="00570240">
            <w:r w:rsidRPr="0055654A"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 xml:space="preserve">PRESENTATION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2</w:t>
            </w:r>
          </w:p>
        </w:tc>
      </w:tr>
      <w:tr w:rsidR="00154ACE" w14:paraId="2D0F1376" w14:textId="77777777" w:rsidTr="00570240">
        <w:tc>
          <w:tcPr>
            <w:tcW w:w="10220" w:type="dxa"/>
            <w:gridSpan w:val="2"/>
            <w:shd w:val="clear" w:color="auto" w:fill="C2BCD6"/>
          </w:tcPr>
          <w:p w14:paraId="44A5F0AE" w14:textId="77777777" w:rsidR="00154ACE" w:rsidRDefault="00154ACE" w:rsidP="00570240">
            <w:r w:rsidRPr="005E1E97">
              <w:t>Title (max.150 characters)</w:t>
            </w:r>
          </w:p>
        </w:tc>
      </w:tr>
      <w:tr w:rsidR="00154ACE" w14:paraId="29A30314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366A5DF3" w14:textId="77777777" w:rsidR="00154ACE" w:rsidRPr="005E1E97" w:rsidRDefault="00154ACE" w:rsidP="00570240"/>
        </w:tc>
      </w:tr>
      <w:tr w:rsidR="00154ACE" w14:paraId="0E0F9215" w14:textId="77777777" w:rsidTr="00570240">
        <w:tc>
          <w:tcPr>
            <w:tcW w:w="10220" w:type="dxa"/>
            <w:gridSpan w:val="2"/>
            <w:shd w:val="clear" w:color="auto" w:fill="8579AB"/>
          </w:tcPr>
          <w:p w14:paraId="6DB9DAE6" w14:textId="0BE30E46" w:rsidR="00154ACE" w:rsidRPr="0055654A" w:rsidRDefault="00154ACE" w:rsidP="00570240">
            <w:pPr>
              <w:rPr>
                <w:b/>
                <w:bCs/>
                <w:color w:val="FFFFFF" w:themeColor="background1"/>
              </w:rPr>
            </w:pPr>
            <w:r w:rsidRPr="0055654A">
              <w:rPr>
                <w:b/>
                <w:bCs/>
                <w:color w:val="FFFFFF" w:themeColor="background1"/>
              </w:rPr>
              <w:t>Authors (max.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55654A">
              <w:rPr>
                <w:b/>
                <w:bCs/>
                <w:color w:val="FFFFFF" w:themeColor="background1"/>
              </w:rPr>
              <w:t>4)</w:t>
            </w:r>
          </w:p>
        </w:tc>
      </w:tr>
      <w:tr w:rsidR="00154ACE" w14:paraId="38148635" w14:textId="77777777" w:rsidTr="00570240">
        <w:tc>
          <w:tcPr>
            <w:tcW w:w="2235" w:type="dxa"/>
            <w:shd w:val="clear" w:color="auto" w:fill="C2BCD6"/>
          </w:tcPr>
          <w:p w14:paraId="0663F218" w14:textId="77777777" w:rsidR="00154ACE" w:rsidRDefault="00154ACE" w:rsidP="00570240">
            <w:r w:rsidRPr="005E1E97">
              <w:t xml:space="preserve">Author </w:t>
            </w:r>
            <w:r>
              <w:t>1 Name</w:t>
            </w:r>
          </w:p>
        </w:tc>
        <w:tc>
          <w:tcPr>
            <w:tcW w:w="7985" w:type="dxa"/>
          </w:tcPr>
          <w:p w14:paraId="434B3A9E" w14:textId="77777777" w:rsidR="00154ACE" w:rsidRDefault="00154ACE" w:rsidP="00570240"/>
        </w:tc>
      </w:tr>
      <w:tr w:rsidR="00154ACE" w14:paraId="69DB4E49" w14:textId="77777777" w:rsidTr="00570240">
        <w:tc>
          <w:tcPr>
            <w:tcW w:w="2235" w:type="dxa"/>
            <w:shd w:val="clear" w:color="auto" w:fill="C2BCD6"/>
          </w:tcPr>
          <w:p w14:paraId="066D6BAF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1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2EC8D68B" w14:textId="77777777" w:rsidR="00154ACE" w:rsidRDefault="00154ACE" w:rsidP="00570240"/>
        </w:tc>
      </w:tr>
      <w:tr w:rsidR="00154ACE" w14:paraId="37F63C3E" w14:textId="77777777" w:rsidTr="00570240">
        <w:tc>
          <w:tcPr>
            <w:tcW w:w="10220" w:type="dxa"/>
            <w:gridSpan w:val="2"/>
          </w:tcPr>
          <w:p w14:paraId="1D5744C7" w14:textId="77777777" w:rsidR="00154ACE" w:rsidRDefault="00154ACE" w:rsidP="00570240"/>
        </w:tc>
      </w:tr>
      <w:tr w:rsidR="00154ACE" w14:paraId="11539B4B" w14:textId="77777777" w:rsidTr="00570240">
        <w:tc>
          <w:tcPr>
            <w:tcW w:w="2235" w:type="dxa"/>
            <w:shd w:val="clear" w:color="auto" w:fill="C2BCD6"/>
          </w:tcPr>
          <w:p w14:paraId="7C71E7F8" w14:textId="77777777" w:rsidR="00154ACE" w:rsidRPr="0055654A" w:rsidRDefault="00154ACE" w:rsidP="00570240">
            <w:r w:rsidRPr="005E1E97">
              <w:t xml:space="preserve">Author </w:t>
            </w:r>
            <w:r>
              <w:t>2 Name</w:t>
            </w:r>
          </w:p>
        </w:tc>
        <w:tc>
          <w:tcPr>
            <w:tcW w:w="7985" w:type="dxa"/>
          </w:tcPr>
          <w:p w14:paraId="38DCFFF1" w14:textId="77777777" w:rsidR="00154ACE" w:rsidRDefault="00154ACE" w:rsidP="00570240"/>
        </w:tc>
      </w:tr>
      <w:tr w:rsidR="00154ACE" w14:paraId="156D21FD" w14:textId="77777777" w:rsidTr="00570240">
        <w:tc>
          <w:tcPr>
            <w:tcW w:w="2235" w:type="dxa"/>
            <w:shd w:val="clear" w:color="auto" w:fill="C2BCD6"/>
          </w:tcPr>
          <w:p w14:paraId="4F793E73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2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795D9013" w14:textId="77777777" w:rsidR="00154ACE" w:rsidRDefault="00154ACE" w:rsidP="00570240"/>
        </w:tc>
      </w:tr>
      <w:tr w:rsidR="00154ACE" w14:paraId="05E67677" w14:textId="77777777" w:rsidTr="00570240">
        <w:tc>
          <w:tcPr>
            <w:tcW w:w="10220" w:type="dxa"/>
            <w:gridSpan w:val="2"/>
          </w:tcPr>
          <w:p w14:paraId="16BDAEC5" w14:textId="77777777" w:rsidR="00154ACE" w:rsidRDefault="00154ACE" w:rsidP="00570240"/>
        </w:tc>
      </w:tr>
      <w:tr w:rsidR="00154ACE" w14:paraId="4B0202E3" w14:textId="77777777" w:rsidTr="00570240">
        <w:tc>
          <w:tcPr>
            <w:tcW w:w="2235" w:type="dxa"/>
            <w:shd w:val="clear" w:color="auto" w:fill="C2BCD6"/>
          </w:tcPr>
          <w:p w14:paraId="755B5DDD" w14:textId="77777777" w:rsidR="00154ACE" w:rsidRPr="005E1E97" w:rsidRDefault="00154ACE" w:rsidP="00570240">
            <w:r w:rsidRPr="005E1E97">
              <w:t xml:space="preserve">Author </w:t>
            </w:r>
            <w:r>
              <w:t>3 Name</w:t>
            </w:r>
          </w:p>
        </w:tc>
        <w:tc>
          <w:tcPr>
            <w:tcW w:w="7985" w:type="dxa"/>
          </w:tcPr>
          <w:p w14:paraId="4D2CCEB0" w14:textId="77777777" w:rsidR="00154ACE" w:rsidRDefault="00154ACE" w:rsidP="00570240"/>
        </w:tc>
      </w:tr>
      <w:tr w:rsidR="00154ACE" w14:paraId="074A1F9D" w14:textId="77777777" w:rsidTr="00570240">
        <w:tc>
          <w:tcPr>
            <w:tcW w:w="2235" w:type="dxa"/>
            <w:shd w:val="clear" w:color="auto" w:fill="C2BCD6"/>
          </w:tcPr>
          <w:p w14:paraId="2735AD36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3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5142B5ED" w14:textId="77777777" w:rsidR="00154ACE" w:rsidRDefault="00154ACE" w:rsidP="00570240"/>
        </w:tc>
      </w:tr>
      <w:tr w:rsidR="00154ACE" w14:paraId="6D67C053" w14:textId="77777777" w:rsidTr="00570240">
        <w:tc>
          <w:tcPr>
            <w:tcW w:w="10220" w:type="dxa"/>
            <w:gridSpan w:val="2"/>
          </w:tcPr>
          <w:p w14:paraId="41AB8DB2" w14:textId="77777777" w:rsidR="00154ACE" w:rsidRDefault="00154ACE" w:rsidP="00570240"/>
        </w:tc>
      </w:tr>
      <w:tr w:rsidR="00154ACE" w14:paraId="0E6E1339" w14:textId="77777777" w:rsidTr="00570240">
        <w:tc>
          <w:tcPr>
            <w:tcW w:w="2235" w:type="dxa"/>
            <w:shd w:val="clear" w:color="auto" w:fill="C2BCD6"/>
          </w:tcPr>
          <w:p w14:paraId="404A281D" w14:textId="77777777" w:rsidR="00154ACE" w:rsidRPr="005E1E97" w:rsidRDefault="00154ACE" w:rsidP="00570240">
            <w:r w:rsidRPr="005E1E97">
              <w:t xml:space="preserve">Author </w:t>
            </w:r>
            <w:r>
              <w:t>4 Name</w:t>
            </w:r>
          </w:p>
        </w:tc>
        <w:tc>
          <w:tcPr>
            <w:tcW w:w="7985" w:type="dxa"/>
          </w:tcPr>
          <w:p w14:paraId="77F1B307" w14:textId="77777777" w:rsidR="00154ACE" w:rsidRDefault="00154ACE" w:rsidP="00570240"/>
        </w:tc>
      </w:tr>
      <w:tr w:rsidR="00154ACE" w14:paraId="4117A4E9" w14:textId="77777777" w:rsidTr="00570240">
        <w:tc>
          <w:tcPr>
            <w:tcW w:w="2235" w:type="dxa"/>
            <w:shd w:val="clear" w:color="auto" w:fill="C2BCD6"/>
          </w:tcPr>
          <w:p w14:paraId="2FE438F7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4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616A2B9A" w14:textId="77777777" w:rsidR="00154ACE" w:rsidRDefault="00154ACE" w:rsidP="00570240"/>
        </w:tc>
      </w:tr>
      <w:tr w:rsidR="00154ACE" w14:paraId="7FCAAC7B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431E630C" w14:textId="77777777" w:rsidR="00154ACE" w:rsidRPr="005E1E97" w:rsidRDefault="00154ACE" w:rsidP="00570240"/>
        </w:tc>
      </w:tr>
      <w:tr w:rsidR="00154ACE" w14:paraId="6A2202C2" w14:textId="77777777" w:rsidTr="00570240">
        <w:tc>
          <w:tcPr>
            <w:tcW w:w="10220" w:type="dxa"/>
            <w:gridSpan w:val="2"/>
            <w:shd w:val="clear" w:color="auto" w:fill="C2BCD6"/>
          </w:tcPr>
          <w:p w14:paraId="1D47E4D2" w14:textId="77777777" w:rsidR="00154ACE" w:rsidRDefault="00154ACE" w:rsidP="00570240">
            <w:r w:rsidRPr="005E1E97">
              <w:t>Abstract (max.250 words)</w:t>
            </w:r>
          </w:p>
        </w:tc>
      </w:tr>
      <w:tr w:rsidR="00154ACE" w14:paraId="26969D65" w14:textId="77777777" w:rsidTr="00570240">
        <w:trPr>
          <w:trHeight w:val="347"/>
        </w:trPr>
        <w:tc>
          <w:tcPr>
            <w:tcW w:w="10220" w:type="dxa"/>
            <w:gridSpan w:val="2"/>
            <w:tcMar>
              <w:top w:w="108" w:type="dxa"/>
              <w:bottom w:w="108" w:type="dxa"/>
            </w:tcMar>
          </w:tcPr>
          <w:p w14:paraId="35D0CEB4" w14:textId="77777777" w:rsidR="00154ACE" w:rsidRPr="005E1E97" w:rsidRDefault="00154ACE" w:rsidP="00570240"/>
        </w:tc>
      </w:tr>
    </w:tbl>
    <w:p w14:paraId="33686044" w14:textId="77777777" w:rsidR="009E3B48" w:rsidRDefault="009E3B48" w:rsidP="008147F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0"/>
        <w:gridCol w:w="7850"/>
      </w:tblGrid>
      <w:tr w:rsidR="00154ACE" w14:paraId="562E4DCF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  <w:shd w:val="clear" w:color="auto" w:fill="36304D"/>
          </w:tcPr>
          <w:p w14:paraId="7B61134C" w14:textId="41319E68" w:rsidR="00154ACE" w:rsidRDefault="00154ACE" w:rsidP="00570240">
            <w:r w:rsidRPr="0055654A">
              <w:rPr>
                <w:b/>
                <w:bCs/>
                <w:color w:val="FFFFFF" w:themeColor="background1"/>
                <w:sz w:val="28"/>
                <w:szCs w:val="28"/>
              </w:rPr>
              <w:t xml:space="preserve">PRESENTATION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3</w:t>
            </w:r>
          </w:p>
        </w:tc>
      </w:tr>
      <w:tr w:rsidR="00154ACE" w14:paraId="499C45AF" w14:textId="77777777" w:rsidTr="00570240">
        <w:tc>
          <w:tcPr>
            <w:tcW w:w="10220" w:type="dxa"/>
            <w:gridSpan w:val="2"/>
            <w:shd w:val="clear" w:color="auto" w:fill="C2BCD6"/>
          </w:tcPr>
          <w:p w14:paraId="496BDA23" w14:textId="77777777" w:rsidR="00154ACE" w:rsidRDefault="00154ACE" w:rsidP="00570240">
            <w:r w:rsidRPr="005E1E97">
              <w:t>Title (max.150 characters)</w:t>
            </w:r>
          </w:p>
        </w:tc>
      </w:tr>
      <w:tr w:rsidR="00154ACE" w14:paraId="6AA70978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0B2A23AB" w14:textId="77777777" w:rsidR="00154ACE" w:rsidRPr="005E1E97" w:rsidRDefault="00154ACE" w:rsidP="00570240"/>
        </w:tc>
      </w:tr>
      <w:tr w:rsidR="00154ACE" w14:paraId="54D59FA4" w14:textId="77777777" w:rsidTr="00570240">
        <w:tc>
          <w:tcPr>
            <w:tcW w:w="10220" w:type="dxa"/>
            <w:gridSpan w:val="2"/>
            <w:shd w:val="clear" w:color="auto" w:fill="8579AB"/>
          </w:tcPr>
          <w:p w14:paraId="25234332" w14:textId="20A7379F" w:rsidR="00154ACE" w:rsidRPr="0055654A" w:rsidRDefault="00154ACE" w:rsidP="00570240">
            <w:pPr>
              <w:rPr>
                <w:b/>
                <w:bCs/>
                <w:color w:val="FFFFFF" w:themeColor="background1"/>
              </w:rPr>
            </w:pPr>
            <w:r w:rsidRPr="0055654A">
              <w:rPr>
                <w:b/>
                <w:bCs/>
                <w:color w:val="FFFFFF" w:themeColor="background1"/>
              </w:rPr>
              <w:t>Authors (max.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55654A">
              <w:rPr>
                <w:b/>
                <w:bCs/>
                <w:color w:val="FFFFFF" w:themeColor="background1"/>
              </w:rPr>
              <w:t>4)</w:t>
            </w:r>
          </w:p>
        </w:tc>
      </w:tr>
      <w:tr w:rsidR="00154ACE" w14:paraId="14C9350E" w14:textId="77777777" w:rsidTr="00570240">
        <w:tc>
          <w:tcPr>
            <w:tcW w:w="2235" w:type="dxa"/>
            <w:shd w:val="clear" w:color="auto" w:fill="C2BCD6"/>
          </w:tcPr>
          <w:p w14:paraId="225A458D" w14:textId="77777777" w:rsidR="00154ACE" w:rsidRDefault="00154ACE" w:rsidP="00570240">
            <w:r w:rsidRPr="005E1E97">
              <w:t xml:space="preserve">Author </w:t>
            </w:r>
            <w:r>
              <w:t>1 Name</w:t>
            </w:r>
          </w:p>
        </w:tc>
        <w:tc>
          <w:tcPr>
            <w:tcW w:w="7985" w:type="dxa"/>
          </w:tcPr>
          <w:p w14:paraId="7C2AE612" w14:textId="77777777" w:rsidR="00154ACE" w:rsidRDefault="00154ACE" w:rsidP="00570240"/>
        </w:tc>
      </w:tr>
      <w:tr w:rsidR="00154ACE" w14:paraId="290F7992" w14:textId="77777777" w:rsidTr="00570240">
        <w:tc>
          <w:tcPr>
            <w:tcW w:w="2235" w:type="dxa"/>
            <w:shd w:val="clear" w:color="auto" w:fill="C2BCD6"/>
          </w:tcPr>
          <w:p w14:paraId="06051EF3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1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0D8100FC" w14:textId="77777777" w:rsidR="00154ACE" w:rsidRDefault="00154ACE" w:rsidP="00570240"/>
        </w:tc>
      </w:tr>
      <w:tr w:rsidR="00154ACE" w14:paraId="0EAC7EDF" w14:textId="77777777" w:rsidTr="00570240">
        <w:tc>
          <w:tcPr>
            <w:tcW w:w="10220" w:type="dxa"/>
            <w:gridSpan w:val="2"/>
          </w:tcPr>
          <w:p w14:paraId="51B7AE74" w14:textId="77777777" w:rsidR="00154ACE" w:rsidRDefault="00154ACE" w:rsidP="00570240"/>
        </w:tc>
      </w:tr>
      <w:tr w:rsidR="00154ACE" w14:paraId="45BE7061" w14:textId="77777777" w:rsidTr="00570240">
        <w:tc>
          <w:tcPr>
            <w:tcW w:w="2235" w:type="dxa"/>
            <w:shd w:val="clear" w:color="auto" w:fill="C2BCD6"/>
          </w:tcPr>
          <w:p w14:paraId="0A8BE59D" w14:textId="77777777" w:rsidR="00154ACE" w:rsidRPr="0055654A" w:rsidRDefault="00154ACE" w:rsidP="00570240">
            <w:r w:rsidRPr="005E1E97">
              <w:t xml:space="preserve">Author </w:t>
            </w:r>
            <w:r>
              <w:t>2 Name</w:t>
            </w:r>
          </w:p>
        </w:tc>
        <w:tc>
          <w:tcPr>
            <w:tcW w:w="7985" w:type="dxa"/>
          </w:tcPr>
          <w:p w14:paraId="33F47F25" w14:textId="77777777" w:rsidR="00154ACE" w:rsidRDefault="00154ACE" w:rsidP="00570240"/>
        </w:tc>
      </w:tr>
      <w:tr w:rsidR="00154ACE" w14:paraId="249E3453" w14:textId="77777777" w:rsidTr="00570240">
        <w:tc>
          <w:tcPr>
            <w:tcW w:w="2235" w:type="dxa"/>
            <w:shd w:val="clear" w:color="auto" w:fill="C2BCD6"/>
          </w:tcPr>
          <w:p w14:paraId="35EA0D15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2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6F04C248" w14:textId="77777777" w:rsidR="00154ACE" w:rsidRDefault="00154ACE" w:rsidP="00570240"/>
        </w:tc>
      </w:tr>
      <w:tr w:rsidR="00154ACE" w14:paraId="0C5A8061" w14:textId="77777777" w:rsidTr="00570240">
        <w:tc>
          <w:tcPr>
            <w:tcW w:w="10220" w:type="dxa"/>
            <w:gridSpan w:val="2"/>
          </w:tcPr>
          <w:p w14:paraId="644A2AD8" w14:textId="77777777" w:rsidR="00154ACE" w:rsidRDefault="00154ACE" w:rsidP="00570240"/>
        </w:tc>
      </w:tr>
      <w:tr w:rsidR="00154ACE" w14:paraId="51C1B791" w14:textId="77777777" w:rsidTr="00570240">
        <w:tc>
          <w:tcPr>
            <w:tcW w:w="2235" w:type="dxa"/>
            <w:shd w:val="clear" w:color="auto" w:fill="C2BCD6"/>
          </w:tcPr>
          <w:p w14:paraId="06FBCFE6" w14:textId="77777777" w:rsidR="00154ACE" w:rsidRPr="005E1E97" w:rsidRDefault="00154ACE" w:rsidP="00570240">
            <w:r w:rsidRPr="005E1E97">
              <w:t xml:space="preserve">Author </w:t>
            </w:r>
            <w:r>
              <w:t>3 Name</w:t>
            </w:r>
          </w:p>
        </w:tc>
        <w:tc>
          <w:tcPr>
            <w:tcW w:w="7985" w:type="dxa"/>
          </w:tcPr>
          <w:p w14:paraId="0563690C" w14:textId="77777777" w:rsidR="00154ACE" w:rsidRDefault="00154ACE" w:rsidP="00570240"/>
        </w:tc>
      </w:tr>
      <w:tr w:rsidR="00154ACE" w14:paraId="54A4F678" w14:textId="77777777" w:rsidTr="00570240">
        <w:tc>
          <w:tcPr>
            <w:tcW w:w="2235" w:type="dxa"/>
            <w:shd w:val="clear" w:color="auto" w:fill="C2BCD6"/>
          </w:tcPr>
          <w:p w14:paraId="0FAC1716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3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57FE5F90" w14:textId="77777777" w:rsidR="00154ACE" w:rsidRDefault="00154ACE" w:rsidP="00570240"/>
        </w:tc>
      </w:tr>
      <w:tr w:rsidR="00154ACE" w14:paraId="56000DBB" w14:textId="77777777" w:rsidTr="00570240">
        <w:tc>
          <w:tcPr>
            <w:tcW w:w="10220" w:type="dxa"/>
            <w:gridSpan w:val="2"/>
          </w:tcPr>
          <w:p w14:paraId="57904DA8" w14:textId="77777777" w:rsidR="00154ACE" w:rsidRDefault="00154ACE" w:rsidP="00570240"/>
        </w:tc>
      </w:tr>
      <w:tr w:rsidR="00154ACE" w14:paraId="3F066878" w14:textId="77777777" w:rsidTr="00570240">
        <w:tc>
          <w:tcPr>
            <w:tcW w:w="2235" w:type="dxa"/>
            <w:shd w:val="clear" w:color="auto" w:fill="C2BCD6"/>
          </w:tcPr>
          <w:p w14:paraId="5B1BA7C2" w14:textId="77777777" w:rsidR="00154ACE" w:rsidRPr="005E1E97" w:rsidRDefault="00154ACE" w:rsidP="00570240">
            <w:r w:rsidRPr="005E1E97">
              <w:t xml:space="preserve">Author </w:t>
            </w:r>
            <w:r>
              <w:t>4 Name</w:t>
            </w:r>
          </w:p>
        </w:tc>
        <w:tc>
          <w:tcPr>
            <w:tcW w:w="7985" w:type="dxa"/>
          </w:tcPr>
          <w:p w14:paraId="4EFF9BBC" w14:textId="77777777" w:rsidR="00154ACE" w:rsidRDefault="00154ACE" w:rsidP="00570240"/>
        </w:tc>
      </w:tr>
      <w:tr w:rsidR="00154ACE" w14:paraId="269211AD" w14:textId="77777777" w:rsidTr="00570240">
        <w:tc>
          <w:tcPr>
            <w:tcW w:w="2235" w:type="dxa"/>
            <w:shd w:val="clear" w:color="auto" w:fill="C2BCD6"/>
          </w:tcPr>
          <w:p w14:paraId="73E29005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4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55BBF425" w14:textId="77777777" w:rsidR="00154ACE" w:rsidRDefault="00154ACE" w:rsidP="00570240"/>
        </w:tc>
      </w:tr>
      <w:tr w:rsidR="00154ACE" w14:paraId="02DE522A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4CBCD258" w14:textId="77777777" w:rsidR="00154ACE" w:rsidRPr="005E1E97" w:rsidRDefault="00154ACE" w:rsidP="00570240"/>
        </w:tc>
      </w:tr>
      <w:tr w:rsidR="00154ACE" w14:paraId="52A813CF" w14:textId="77777777" w:rsidTr="00570240">
        <w:tc>
          <w:tcPr>
            <w:tcW w:w="10220" w:type="dxa"/>
            <w:gridSpan w:val="2"/>
            <w:shd w:val="clear" w:color="auto" w:fill="C2BCD6"/>
          </w:tcPr>
          <w:p w14:paraId="2602C0B8" w14:textId="77777777" w:rsidR="00154ACE" w:rsidRDefault="00154ACE" w:rsidP="00570240">
            <w:r w:rsidRPr="005E1E97">
              <w:t>Abstract (max.250 words)</w:t>
            </w:r>
          </w:p>
        </w:tc>
      </w:tr>
      <w:tr w:rsidR="00154ACE" w14:paraId="268EF9E0" w14:textId="77777777" w:rsidTr="00570240">
        <w:trPr>
          <w:trHeight w:val="347"/>
        </w:trPr>
        <w:tc>
          <w:tcPr>
            <w:tcW w:w="10220" w:type="dxa"/>
            <w:gridSpan w:val="2"/>
            <w:tcMar>
              <w:top w:w="108" w:type="dxa"/>
              <w:bottom w:w="108" w:type="dxa"/>
            </w:tcMar>
          </w:tcPr>
          <w:p w14:paraId="150CC930" w14:textId="77777777" w:rsidR="00154ACE" w:rsidRPr="005E1E97" w:rsidRDefault="00154ACE" w:rsidP="00570240"/>
        </w:tc>
      </w:tr>
    </w:tbl>
    <w:p w14:paraId="4280C3B2" w14:textId="77777777" w:rsidR="009E3B48" w:rsidRDefault="009E3B48" w:rsidP="008147F3"/>
    <w:p w14:paraId="62F24AE3" w14:textId="5A5E6EB4" w:rsidR="00154ACE" w:rsidRDefault="00154ACE" w:rsidP="008147F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0"/>
        <w:gridCol w:w="7850"/>
      </w:tblGrid>
      <w:tr w:rsidR="00154ACE" w14:paraId="1BB1CD36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  <w:shd w:val="clear" w:color="auto" w:fill="36304D"/>
          </w:tcPr>
          <w:p w14:paraId="23C019FD" w14:textId="5B43DBE7" w:rsidR="00154ACE" w:rsidRDefault="00154ACE" w:rsidP="00570240">
            <w:r w:rsidRPr="0055654A">
              <w:rPr>
                <w:b/>
                <w:bCs/>
                <w:color w:val="FFFFFF" w:themeColor="background1"/>
                <w:sz w:val="28"/>
                <w:szCs w:val="28"/>
              </w:rPr>
              <w:lastRenderedPageBreak/>
              <w:t xml:space="preserve">PRESENTATION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4</w:t>
            </w:r>
          </w:p>
        </w:tc>
      </w:tr>
      <w:tr w:rsidR="00154ACE" w14:paraId="0261C877" w14:textId="77777777" w:rsidTr="00570240">
        <w:tc>
          <w:tcPr>
            <w:tcW w:w="10220" w:type="dxa"/>
            <w:gridSpan w:val="2"/>
            <w:shd w:val="clear" w:color="auto" w:fill="C2BCD6"/>
          </w:tcPr>
          <w:p w14:paraId="0F1A6357" w14:textId="77777777" w:rsidR="00154ACE" w:rsidRDefault="00154ACE" w:rsidP="00570240">
            <w:r w:rsidRPr="005E1E97">
              <w:t>Title (max.150 characters)</w:t>
            </w:r>
          </w:p>
        </w:tc>
      </w:tr>
      <w:tr w:rsidR="00154ACE" w14:paraId="45F9F4A0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7C54381F" w14:textId="77777777" w:rsidR="00154ACE" w:rsidRPr="005E1E97" w:rsidRDefault="00154ACE" w:rsidP="00570240"/>
        </w:tc>
      </w:tr>
      <w:tr w:rsidR="00154ACE" w14:paraId="75041381" w14:textId="77777777" w:rsidTr="00570240">
        <w:tc>
          <w:tcPr>
            <w:tcW w:w="10220" w:type="dxa"/>
            <w:gridSpan w:val="2"/>
            <w:shd w:val="clear" w:color="auto" w:fill="8579AB"/>
          </w:tcPr>
          <w:p w14:paraId="212A762B" w14:textId="4A0D9E56" w:rsidR="00154ACE" w:rsidRPr="0055654A" w:rsidRDefault="00154ACE" w:rsidP="00570240">
            <w:pPr>
              <w:rPr>
                <w:b/>
                <w:bCs/>
                <w:color w:val="FFFFFF" w:themeColor="background1"/>
              </w:rPr>
            </w:pPr>
            <w:r w:rsidRPr="0055654A">
              <w:rPr>
                <w:b/>
                <w:bCs/>
                <w:color w:val="FFFFFF" w:themeColor="background1"/>
              </w:rPr>
              <w:t>Authors (max.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55654A">
              <w:rPr>
                <w:b/>
                <w:bCs/>
                <w:color w:val="FFFFFF" w:themeColor="background1"/>
              </w:rPr>
              <w:t>4)</w:t>
            </w:r>
          </w:p>
        </w:tc>
      </w:tr>
      <w:tr w:rsidR="00154ACE" w14:paraId="4D934F5D" w14:textId="77777777" w:rsidTr="00570240">
        <w:tc>
          <w:tcPr>
            <w:tcW w:w="2235" w:type="dxa"/>
            <w:shd w:val="clear" w:color="auto" w:fill="C2BCD6"/>
          </w:tcPr>
          <w:p w14:paraId="386D2B6F" w14:textId="77777777" w:rsidR="00154ACE" w:rsidRDefault="00154ACE" w:rsidP="00570240">
            <w:r w:rsidRPr="005E1E97">
              <w:t xml:space="preserve">Author </w:t>
            </w:r>
            <w:r>
              <w:t>1 Name</w:t>
            </w:r>
          </w:p>
        </w:tc>
        <w:tc>
          <w:tcPr>
            <w:tcW w:w="7985" w:type="dxa"/>
          </w:tcPr>
          <w:p w14:paraId="4F2806A2" w14:textId="77777777" w:rsidR="00154ACE" w:rsidRDefault="00154ACE" w:rsidP="00570240"/>
        </w:tc>
      </w:tr>
      <w:tr w:rsidR="00154ACE" w14:paraId="3519DEE2" w14:textId="77777777" w:rsidTr="00570240">
        <w:tc>
          <w:tcPr>
            <w:tcW w:w="2235" w:type="dxa"/>
            <w:shd w:val="clear" w:color="auto" w:fill="C2BCD6"/>
          </w:tcPr>
          <w:p w14:paraId="27588CCF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1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0B1EBBDE" w14:textId="77777777" w:rsidR="00154ACE" w:rsidRDefault="00154ACE" w:rsidP="00570240"/>
        </w:tc>
      </w:tr>
      <w:tr w:rsidR="00154ACE" w14:paraId="556C2506" w14:textId="77777777" w:rsidTr="00570240">
        <w:tc>
          <w:tcPr>
            <w:tcW w:w="10220" w:type="dxa"/>
            <w:gridSpan w:val="2"/>
          </w:tcPr>
          <w:p w14:paraId="3C885686" w14:textId="77777777" w:rsidR="00154ACE" w:rsidRDefault="00154ACE" w:rsidP="00570240"/>
        </w:tc>
      </w:tr>
      <w:tr w:rsidR="00154ACE" w14:paraId="27E1ADEC" w14:textId="77777777" w:rsidTr="00570240">
        <w:tc>
          <w:tcPr>
            <w:tcW w:w="2235" w:type="dxa"/>
            <w:shd w:val="clear" w:color="auto" w:fill="C2BCD6"/>
          </w:tcPr>
          <w:p w14:paraId="30D548EC" w14:textId="77777777" w:rsidR="00154ACE" w:rsidRPr="0055654A" w:rsidRDefault="00154ACE" w:rsidP="00570240">
            <w:r w:rsidRPr="005E1E97">
              <w:t xml:space="preserve">Author </w:t>
            </w:r>
            <w:r>
              <w:t>2 Name</w:t>
            </w:r>
          </w:p>
        </w:tc>
        <w:tc>
          <w:tcPr>
            <w:tcW w:w="7985" w:type="dxa"/>
          </w:tcPr>
          <w:p w14:paraId="015B553D" w14:textId="77777777" w:rsidR="00154ACE" w:rsidRDefault="00154ACE" w:rsidP="00570240"/>
        </w:tc>
      </w:tr>
      <w:tr w:rsidR="00154ACE" w14:paraId="72469DEF" w14:textId="77777777" w:rsidTr="00570240">
        <w:tc>
          <w:tcPr>
            <w:tcW w:w="2235" w:type="dxa"/>
            <w:shd w:val="clear" w:color="auto" w:fill="C2BCD6"/>
          </w:tcPr>
          <w:p w14:paraId="17DA0962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2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22A6C0FE" w14:textId="77777777" w:rsidR="00154ACE" w:rsidRDefault="00154ACE" w:rsidP="00570240"/>
        </w:tc>
      </w:tr>
      <w:tr w:rsidR="00154ACE" w14:paraId="37D84F73" w14:textId="77777777" w:rsidTr="00570240">
        <w:tc>
          <w:tcPr>
            <w:tcW w:w="10220" w:type="dxa"/>
            <w:gridSpan w:val="2"/>
          </w:tcPr>
          <w:p w14:paraId="1A25D13A" w14:textId="77777777" w:rsidR="00154ACE" w:rsidRDefault="00154ACE" w:rsidP="00570240"/>
        </w:tc>
      </w:tr>
      <w:tr w:rsidR="00154ACE" w14:paraId="57276DA8" w14:textId="77777777" w:rsidTr="00570240">
        <w:tc>
          <w:tcPr>
            <w:tcW w:w="2235" w:type="dxa"/>
            <w:shd w:val="clear" w:color="auto" w:fill="C2BCD6"/>
          </w:tcPr>
          <w:p w14:paraId="006CBD28" w14:textId="77777777" w:rsidR="00154ACE" w:rsidRPr="005E1E97" w:rsidRDefault="00154ACE" w:rsidP="00570240">
            <w:r w:rsidRPr="005E1E97">
              <w:t xml:space="preserve">Author </w:t>
            </w:r>
            <w:r>
              <w:t>3 Name</w:t>
            </w:r>
          </w:p>
        </w:tc>
        <w:tc>
          <w:tcPr>
            <w:tcW w:w="7985" w:type="dxa"/>
          </w:tcPr>
          <w:p w14:paraId="66A15ADB" w14:textId="77777777" w:rsidR="00154ACE" w:rsidRDefault="00154ACE" w:rsidP="00570240"/>
        </w:tc>
      </w:tr>
      <w:tr w:rsidR="00154ACE" w14:paraId="41C103DD" w14:textId="77777777" w:rsidTr="00570240">
        <w:tc>
          <w:tcPr>
            <w:tcW w:w="2235" w:type="dxa"/>
            <w:shd w:val="clear" w:color="auto" w:fill="C2BCD6"/>
          </w:tcPr>
          <w:p w14:paraId="1EA6B321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3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7C32BE72" w14:textId="77777777" w:rsidR="00154ACE" w:rsidRDefault="00154ACE" w:rsidP="00570240"/>
        </w:tc>
      </w:tr>
      <w:tr w:rsidR="00154ACE" w14:paraId="2B8D8255" w14:textId="77777777" w:rsidTr="00570240">
        <w:tc>
          <w:tcPr>
            <w:tcW w:w="10220" w:type="dxa"/>
            <w:gridSpan w:val="2"/>
          </w:tcPr>
          <w:p w14:paraId="24BE1738" w14:textId="77777777" w:rsidR="00154ACE" w:rsidRDefault="00154ACE" w:rsidP="00570240"/>
        </w:tc>
      </w:tr>
      <w:tr w:rsidR="00154ACE" w14:paraId="576F63AC" w14:textId="77777777" w:rsidTr="00570240">
        <w:tc>
          <w:tcPr>
            <w:tcW w:w="2235" w:type="dxa"/>
            <w:shd w:val="clear" w:color="auto" w:fill="C2BCD6"/>
          </w:tcPr>
          <w:p w14:paraId="6ECDB930" w14:textId="77777777" w:rsidR="00154ACE" w:rsidRPr="005E1E97" w:rsidRDefault="00154ACE" w:rsidP="00570240">
            <w:r w:rsidRPr="005E1E97">
              <w:t xml:space="preserve">Author </w:t>
            </w:r>
            <w:r>
              <w:t>4 Name</w:t>
            </w:r>
          </w:p>
        </w:tc>
        <w:tc>
          <w:tcPr>
            <w:tcW w:w="7985" w:type="dxa"/>
          </w:tcPr>
          <w:p w14:paraId="65465D1F" w14:textId="77777777" w:rsidR="00154ACE" w:rsidRDefault="00154ACE" w:rsidP="00570240"/>
        </w:tc>
      </w:tr>
      <w:tr w:rsidR="00154ACE" w14:paraId="5ECF3EB9" w14:textId="77777777" w:rsidTr="00570240">
        <w:tc>
          <w:tcPr>
            <w:tcW w:w="2235" w:type="dxa"/>
            <w:shd w:val="clear" w:color="auto" w:fill="C2BCD6"/>
          </w:tcPr>
          <w:p w14:paraId="674FAF86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4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770D930D" w14:textId="77777777" w:rsidR="00154ACE" w:rsidRDefault="00154ACE" w:rsidP="00570240"/>
        </w:tc>
      </w:tr>
      <w:tr w:rsidR="00154ACE" w14:paraId="3700FAA5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4FA639B7" w14:textId="77777777" w:rsidR="00154ACE" w:rsidRPr="005E1E97" w:rsidRDefault="00154ACE" w:rsidP="00570240"/>
        </w:tc>
      </w:tr>
      <w:tr w:rsidR="00154ACE" w14:paraId="7AD9B13D" w14:textId="77777777" w:rsidTr="00570240">
        <w:tc>
          <w:tcPr>
            <w:tcW w:w="10220" w:type="dxa"/>
            <w:gridSpan w:val="2"/>
            <w:shd w:val="clear" w:color="auto" w:fill="C2BCD6"/>
          </w:tcPr>
          <w:p w14:paraId="3B9C6BA0" w14:textId="77777777" w:rsidR="00154ACE" w:rsidRDefault="00154ACE" w:rsidP="00570240">
            <w:r w:rsidRPr="005E1E97">
              <w:t>Abstract (max.250 words)</w:t>
            </w:r>
          </w:p>
        </w:tc>
      </w:tr>
      <w:tr w:rsidR="00154ACE" w14:paraId="74D7E865" w14:textId="77777777" w:rsidTr="00570240">
        <w:trPr>
          <w:trHeight w:val="347"/>
        </w:trPr>
        <w:tc>
          <w:tcPr>
            <w:tcW w:w="10220" w:type="dxa"/>
            <w:gridSpan w:val="2"/>
            <w:tcMar>
              <w:top w:w="108" w:type="dxa"/>
              <w:bottom w:w="108" w:type="dxa"/>
            </w:tcMar>
          </w:tcPr>
          <w:p w14:paraId="0C716261" w14:textId="77777777" w:rsidR="00154ACE" w:rsidRPr="005E1E97" w:rsidRDefault="00154ACE" w:rsidP="00570240"/>
        </w:tc>
      </w:tr>
    </w:tbl>
    <w:p w14:paraId="677CA2F0" w14:textId="77777777" w:rsidR="009E3B48" w:rsidRDefault="009E3B48" w:rsidP="008147F3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2220"/>
        <w:gridCol w:w="7850"/>
      </w:tblGrid>
      <w:tr w:rsidR="00154ACE" w14:paraId="58D1834E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  <w:shd w:val="clear" w:color="auto" w:fill="36304D"/>
          </w:tcPr>
          <w:p w14:paraId="371C6EC0" w14:textId="4FF4A3A5" w:rsidR="00154ACE" w:rsidRDefault="00154ACE" w:rsidP="00570240">
            <w:r w:rsidRPr="0055654A">
              <w:rPr>
                <w:b/>
                <w:bCs/>
                <w:color w:val="FFFFFF" w:themeColor="background1"/>
                <w:sz w:val="28"/>
                <w:szCs w:val="28"/>
              </w:rPr>
              <w:t xml:space="preserve">PRESENTATION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154ACE" w14:paraId="415F8E1C" w14:textId="77777777" w:rsidTr="00570240">
        <w:tc>
          <w:tcPr>
            <w:tcW w:w="10220" w:type="dxa"/>
            <w:gridSpan w:val="2"/>
            <w:shd w:val="clear" w:color="auto" w:fill="C2BCD6"/>
          </w:tcPr>
          <w:p w14:paraId="78A73314" w14:textId="77777777" w:rsidR="00154ACE" w:rsidRDefault="00154ACE" w:rsidP="00570240">
            <w:r w:rsidRPr="005E1E97">
              <w:t>Title (max.150 characters)</w:t>
            </w:r>
          </w:p>
        </w:tc>
      </w:tr>
      <w:tr w:rsidR="00154ACE" w14:paraId="4BB4C9CF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09DBAE27" w14:textId="77777777" w:rsidR="00154ACE" w:rsidRPr="005E1E97" w:rsidRDefault="00154ACE" w:rsidP="00570240"/>
        </w:tc>
      </w:tr>
      <w:tr w:rsidR="00154ACE" w14:paraId="60CD7E81" w14:textId="77777777" w:rsidTr="00570240">
        <w:tc>
          <w:tcPr>
            <w:tcW w:w="10220" w:type="dxa"/>
            <w:gridSpan w:val="2"/>
            <w:shd w:val="clear" w:color="auto" w:fill="8579AB"/>
          </w:tcPr>
          <w:p w14:paraId="71AEFA84" w14:textId="07801F57" w:rsidR="00154ACE" w:rsidRPr="0055654A" w:rsidRDefault="00154ACE" w:rsidP="00570240">
            <w:pPr>
              <w:rPr>
                <w:b/>
                <w:bCs/>
                <w:color w:val="FFFFFF" w:themeColor="background1"/>
              </w:rPr>
            </w:pPr>
            <w:r w:rsidRPr="0055654A">
              <w:rPr>
                <w:b/>
                <w:bCs/>
                <w:color w:val="FFFFFF" w:themeColor="background1"/>
              </w:rPr>
              <w:t>Authors (max.</w:t>
            </w:r>
            <w:r>
              <w:rPr>
                <w:b/>
                <w:bCs/>
                <w:color w:val="FFFFFF" w:themeColor="background1"/>
              </w:rPr>
              <w:t xml:space="preserve"> </w:t>
            </w:r>
            <w:r w:rsidRPr="0055654A">
              <w:rPr>
                <w:b/>
                <w:bCs/>
                <w:color w:val="FFFFFF" w:themeColor="background1"/>
              </w:rPr>
              <w:t>4)</w:t>
            </w:r>
          </w:p>
        </w:tc>
      </w:tr>
      <w:tr w:rsidR="00154ACE" w14:paraId="6525B757" w14:textId="77777777" w:rsidTr="00570240">
        <w:tc>
          <w:tcPr>
            <w:tcW w:w="2235" w:type="dxa"/>
            <w:shd w:val="clear" w:color="auto" w:fill="C2BCD6"/>
          </w:tcPr>
          <w:p w14:paraId="467B1213" w14:textId="77777777" w:rsidR="00154ACE" w:rsidRDefault="00154ACE" w:rsidP="00570240">
            <w:r w:rsidRPr="005E1E97">
              <w:t xml:space="preserve">Author </w:t>
            </w:r>
            <w:r>
              <w:t>1 Name</w:t>
            </w:r>
          </w:p>
        </w:tc>
        <w:tc>
          <w:tcPr>
            <w:tcW w:w="7985" w:type="dxa"/>
          </w:tcPr>
          <w:p w14:paraId="7A713C5D" w14:textId="77777777" w:rsidR="00154ACE" w:rsidRDefault="00154ACE" w:rsidP="00570240"/>
        </w:tc>
      </w:tr>
      <w:tr w:rsidR="00154ACE" w14:paraId="3A198CDD" w14:textId="77777777" w:rsidTr="00570240">
        <w:tc>
          <w:tcPr>
            <w:tcW w:w="2235" w:type="dxa"/>
            <w:shd w:val="clear" w:color="auto" w:fill="C2BCD6"/>
          </w:tcPr>
          <w:p w14:paraId="72F772AC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1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19F72A2C" w14:textId="77777777" w:rsidR="00154ACE" w:rsidRDefault="00154ACE" w:rsidP="00570240"/>
        </w:tc>
      </w:tr>
      <w:tr w:rsidR="00154ACE" w14:paraId="382B6D66" w14:textId="77777777" w:rsidTr="00570240">
        <w:tc>
          <w:tcPr>
            <w:tcW w:w="10220" w:type="dxa"/>
            <w:gridSpan w:val="2"/>
          </w:tcPr>
          <w:p w14:paraId="013DBA94" w14:textId="77777777" w:rsidR="00154ACE" w:rsidRDefault="00154ACE" w:rsidP="00570240"/>
        </w:tc>
      </w:tr>
      <w:tr w:rsidR="00154ACE" w14:paraId="45A04835" w14:textId="77777777" w:rsidTr="00570240">
        <w:tc>
          <w:tcPr>
            <w:tcW w:w="2235" w:type="dxa"/>
            <w:shd w:val="clear" w:color="auto" w:fill="C2BCD6"/>
          </w:tcPr>
          <w:p w14:paraId="7510AD48" w14:textId="77777777" w:rsidR="00154ACE" w:rsidRPr="0055654A" w:rsidRDefault="00154ACE" w:rsidP="00570240">
            <w:r w:rsidRPr="005E1E97">
              <w:t xml:space="preserve">Author </w:t>
            </w:r>
            <w:r>
              <w:t>2 Name</w:t>
            </w:r>
          </w:p>
        </w:tc>
        <w:tc>
          <w:tcPr>
            <w:tcW w:w="7985" w:type="dxa"/>
          </w:tcPr>
          <w:p w14:paraId="1BD4968C" w14:textId="77777777" w:rsidR="00154ACE" w:rsidRDefault="00154ACE" w:rsidP="00570240"/>
        </w:tc>
      </w:tr>
      <w:tr w:rsidR="00154ACE" w14:paraId="32B7D4B6" w14:textId="77777777" w:rsidTr="00570240">
        <w:tc>
          <w:tcPr>
            <w:tcW w:w="2235" w:type="dxa"/>
            <w:shd w:val="clear" w:color="auto" w:fill="C2BCD6"/>
          </w:tcPr>
          <w:p w14:paraId="30FF00CE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2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41CEB9B9" w14:textId="77777777" w:rsidR="00154ACE" w:rsidRDefault="00154ACE" w:rsidP="00570240"/>
        </w:tc>
      </w:tr>
      <w:tr w:rsidR="00154ACE" w14:paraId="204161D2" w14:textId="77777777" w:rsidTr="00570240">
        <w:tc>
          <w:tcPr>
            <w:tcW w:w="10220" w:type="dxa"/>
            <w:gridSpan w:val="2"/>
          </w:tcPr>
          <w:p w14:paraId="5168102D" w14:textId="77777777" w:rsidR="00154ACE" w:rsidRDefault="00154ACE" w:rsidP="00570240"/>
        </w:tc>
      </w:tr>
      <w:tr w:rsidR="00154ACE" w14:paraId="1813234E" w14:textId="77777777" w:rsidTr="00570240">
        <w:tc>
          <w:tcPr>
            <w:tcW w:w="2235" w:type="dxa"/>
            <w:shd w:val="clear" w:color="auto" w:fill="C2BCD6"/>
          </w:tcPr>
          <w:p w14:paraId="0752761B" w14:textId="77777777" w:rsidR="00154ACE" w:rsidRPr="005E1E97" w:rsidRDefault="00154ACE" w:rsidP="00570240">
            <w:r w:rsidRPr="005E1E97">
              <w:t xml:space="preserve">Author </w:t>
            </w:r>
            <w:r>
              <w:t>3 Name</w:t>
            </w:r>
          </w:p>
        </w:tc>
        <w:tc>
          <w:tcPr>
            <w:tcW w:w="7985" w:type="dxa"/>
          </w:tcPr>
          <w:p w14:paraId="0189A1DC" w14:textId="77777777" w:rsidR="00154ACE" w:rsidRDefault="00154ACE" w:rsidP="00570240"/>
        </w:tc>
      </w:tr>
      <w:tr w:rsidR="00154ACE" w14:paraId="7BA2A3F3" w14:textId="77777777" w:rsidTr="00570240">
        <w:tc>
          <w:tcPr>
            <w:tcW w:w="2235" w:type="dxa"/>
            <w:shd w:val="clear" w:color="auto" w:fill="C2BCD6"/>
          </w:tcPr>
          <w:p w14:paraId="313E2B86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3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39187DE6" w14:textId="77777777" w:rsidR="00154ACE" w:rsidRDefault="00154ACE" w:rsidP="00570240"/>
        </w:tc>
      </w:tr>
      <w:tr w:rsidR="00154ACE" w14:paraId="132E24FD" w14:textId="77777777" w:rsidTr="00570240">
        <w:tc>
          <w:tcPr>
            <w:tcW w:w="10220" w:type="dxa"/>
            <w:gridSpan w:val="2"/>
          </w:tcPr>
          <w:p w14:paraId="29789D10" w14:textId="77777777" w:rsidR="00154ACE" w:rsidRDefault="00154ACE" w:rsidP="00570240"/>
        </w:tc>
      </w:tr>
      <w:tr w:rsidR="00154ACE" w14:paraId="7296FE6B" w14:textId="77777777" w:rsidTr="00570240">
        <w:tc>
          <w:tcPr>
            <w:tcW w:w="2235" w:type="dxa"/>
            <w:shd w:val="clear" w:color="auto" w:fill="C2BCD6"/>
          </w:tcPr>
          <w:p w14:paraId="6C4DBDE6" w14:textId="77777777" w:rsidR="00154ACE" w:rsidRPr="005E1E97" w:rsidRDefault="00154ACE" w:rsidP="00570240">
            <w:r w:rsidRPr="005E1E97">
              <w:t xml:space="preserve">Author </w:t>
            </w:r>
            <w:r>
              <w:t>4 Name</w:t>
            </w:r>
          </w:p>
        </w:tc>
        <w:tc>
          <w:tcPr>
            <w:tcW w:w="7985" w:type="dxa"/>
          </w:tcPr>
          <w:p w14:paraId="7D7AFF09" w14:textId="77777777" w:rsidR="00154ACE" w:rsidRDefault="00154ACE" w:rsidP="00570240"/>
        </w:tc>
      </w:tr>
      <w:tr w:rsidR="00154ACE" w14:paraId="10232100" w14:textId="77777777" w:rsidTr="00570240">
        <w:tc>
          <w:tcPr>
            <w:tcW w:w="2235" w:type="dxa"/>
            <w:shd w:val="clear" w:color="auto" w:fill="C2BCD6"/>
          </w:tcPr>
          <w:p w14:paraId="25AB3C58" w14:textId="77777777" w:rsidR="00154ACE" w:rsidRPr="005E1E97" w:rsidRDefault="00154ACE" w:rsidP="00570240">
            <w:r w:rsidRPr="005E1E97">
              <w:t xml:space="preserve">Author </w:t>
            </w:r>
            <w:r>
              <w:t xml:space="preserve">4 </w:t>
            </w:r>
            <w:r w:rsidRPr="0055654A">
              <w:t xml:space="preserve">Institution </w:t>
            </w:r>
          </w:p>
        </w:tc>
        <w:tc>
          <w:tcPr>
            <w:tcW w:w="7985" w:type="dxa"/>
          </w:tcPr>
          <w:p w14:paraId="3536BDFB" w14:textId="77777777" w:rsidR="00154ACE" w:rsidRDefault="00154ACE" w:rsidP="00570240"/>
        </w:tc>
      </w:tr>
      <w:tr w:rsidR="00154ACE" w14:paraId="0C1A802B" w14:textId="77777777" w:rsidTr="00570240">
        <w:tc>
          <w:tcPr>
            <w:tcW w:w="10220" w:type="dxa"/>
            <w:gridSpan w:val="2"/>
            <w:tcBorders>
              <w:bottom w:val="single" w:sz="4" w:space="0" w:color="auto"/>
            </w:tcBorders>
          </w:tcPr>
          <w:p w14:paraId="2EB5B62C" w14:textId="77777777" w:rsidR="00154ACE" w:rsidRPr="005E1E97" w:rsidRDefault="00154ACE" w:rsidP="00570240"/>
        </w:tc>
      </w:tr>
      <w:tr w:rsidR="00154ACE" w14:paraId="58CECD64" w14:textId="77777777" w:rsidTr="00570240">
        <w:tc>
          <w:tcPr>
            <w:tcW w:w="10220" w:type="dxa"/>
            <w:gridSpan w:val="2"/>
            <w:shd w:val="clear" w:color="auto" w:fill="C2BCD6"/>
          </w:tcPr>
          <w:p w14:paraId="6FB39E5A" w14:textId="77777777" w:rsidR="00154ACE" w:rsidRDefault="00154ACE" w:rsidP="00570240">
            <w:r w:rsidRPr="005E1E97">
              <w:t>Abstract (max.250 words)</w:t>
            </w:r>
          </w:p>
        </w:tc>
      </w:tr>
      <w:tr w:rsidR="00154ACE" w14:paraId="7471CAD6" w14:textId="77777777" w:rsidTr="00570240">
        <w:trPr>
          <w:trHeight w:val="347"/>
        </w:trPr>
        <w:tc>
          <w:tcPr>
            <w:tcW w:w="10220" w:type="dxa"/>
            <w:gridSpan w:val="2"/>
            <w:tcMar>
              <w:top w:w="108" w:type="dxa"/>
              <w:bottom w:w="108" w:type="dxa"/>
            </w:tcMar>
          </w:tcPr>
          <w:p w14:paraId="10AA6859" w14:textId="77777777" w:rsidR="00154ACE" w:rsidRPr="005E1E97" w:rsidRDefault="00154ACE" w:rsidP="00570240"/>
        </w:tc>
      </w:tr>
    </w:tbl>
    <w:p w14:paraId="2F2199F7" w14:textId="77777777" w:rsidR="00154ACE" w:rsidRDefault="00154ACE" w:rsidP="008147F3"/>
    <w:sectPr w:rsidR="00154ACE" w:rsidSect="00154ACE">
      <w:headerReference w:type="default" r:id="rId8"/>
      <w:pgSz w:w="12240" w:h="15840"/>
      <w:pgMar w:top="998" w:right="1080" w:bottom="1440" w:left="108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28A73C" w14:textId="77777777" w:rsidR="00E9597F" w:rsidRDefault="00E9597F" w:rsidP="008147F3">
      <w:pPr>
        <w:spacing w:after="0" w:line="240" w:lineRule="auto"/>
      </w:pPr>
      <w:r>
        <w:separator/>
      </w:r>
    </w:p>
  </w:endnote>
  <w:endnote w:type="continuationSeparator" w:id="0">
    <w:p w14:paraId="0A8240E9" w14:textId="77777777" w:rsidR="00E9597F" w:rsidRDefault="00E9597F" w:rsidP="00814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1973A" w14:textId="77777777" w:rsidR="00E9597F" w:rsidRDefault="00E9597F" w:rsidP="008147F3">
      <w:pPr>
        <w:spacing w:after="0" w:line="240" w:lineRule="auto"/>
      </w:pPr>
      <w:r>
        <w:separator/>
      </w:r>
    </w:p>
  </w:footnote>
  <w:footnote w:type="continuationSeparator" w:id="0">
    <w:p w14:paraId="068FA971" w14:textId="77777777" w:rsidR="00E9597F" w:rsidRDefault="00E9597F" w:rsidP="00814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9"/>
      <w:gridCol w:w="8001"/>
    </w:tblGrid>
    <w:tr w:rsidR="008147F3" w14:paraId="45B17455" w14:textId="77777777" w:rsidTr="008147F3">
      <w:tc>
        <w:tcPr>
          <w:tcW w:w="2093" w:type="dxa"/>
          <w:vAlign w:val="center"/>
        </w:tcPr>
        <w:p w14:paraId="682AF706" w14:textId="060EFDC3" w:rsidR="008147F3" w:rsidRDefault="008147F3" w:rsidP="008147F3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0829D578" wp14:editId="4906B750">
                <wp:extent cx="754380" cy="754380"/>
                <wp:effectExtent l="0" t="0" r="7620" b="7620"/>
                <wp:docPr id="11" name="Image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391" cy="7543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27" w:type="dxa"/>
          <w:vAlign w:val="center"/>
        </w:tcPr>
        <w:p w14:paraId="32D9CA2C" w14:textId="17E1D3B2" w:rsidR="008147F3" w:rsidRPr="008147F3" w:rsidRDefault="008147F3" w:rsidP="008147F3">
          <w:pPr>
            <w:pStyle w:val="Ttulo1"/>
            <w:jc w:val="center"/>
            <w:outlineLvl w:val="0"/>
            <w:rPr>
              <w:rFonts w:cstheme="majorHAnsi"/>
              <w:color w:val="36304D"/>
              <w:sz w:val="40"/>
              <w:szCs w:val="40"/>
            </w:rPr>
          </w:pPr>
          <w:r w:rsidRPr="008147F3">
            <w:rPr>
              <w:rFonts w:cstheme="majorHAnsi"/>
              <w:color w:val="36304D"/>
              <w:sz w:val="40"/>
              <w:szCs w:val="40"/>
            </w:rPr>
            <w:t>World Anti-Bullying Forum 2027</w:t>
          </w:r>
          <w:r>
            <w:rPr>
              <w:rFonts w:cstheme="majorHAnsi"/>
              <w:color w:val="36304D"/>
              <w:sz w:val="40"/>
              <w:szCs w:val="40"/>
            </w:rPr>
            <w:br/>
          </w:r>
          <w:r w:rsidRPr="008147F3">
            <w:rPr>
              <w:rFonts w:cstheme="majorHAnsi"/>
              <w:color w:val="36304D"/>
              <w:sz w:val="36"/>
              <w:szCs w:val="36"/>
            </w:rPr>
            <w:t>September 9–11 | Lisbon, Portugal</w:t>
          </w:r>
        </w:p>
        <w:p w14:paraId="53538210" w14:textId="77777777" w:rsidR="008147F3" w:rsidRDefault="008147F3" w:rsidP="008147F3">
          <w:pPr>
            <w:pStyle w:val="Cabealho"/>
            <w:jc w:val="center"/>
          </w:pPr>
        </w:p>
      </w:tc>
    </w:tr>
  </w:tbl>
  <w:p w14:paraId="74C7B000" w14:textId="77777777" w:rsidR="008147F3" w:rsidRDefault="008147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ACE"/>
    <w:rsid w:val="002636D4"/>
    <w:rsid w:val="0029639D"/>
    <w:rsid w:val="00326F90"/>
    <w:rsid w:val="0055654A"/>
    <w:rsid w:val="005E1E97"/>
    <w:rsid w:val="008147F3"/>
    <w:rsid w:val="008D40FF"/>
    <w:rsid w:val="009E3B48"/>
    <w:rsid w:val="00AA1D8D"/>
    <w:rsid w:val="00B47730"/>
    <w:rsid w:val="00CB0664"/>
    <w:rsid w:val="00D22290"/>
    <w:rsid w:val="00E959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0BF080"/>
  <w14:defaultImageDpi w14:val="300"/>
  <w15:docId w15:val="{2BFD1292-AAE1-4C9A-A19C-424BC9A4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9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221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Joel Silvestre</cp:lastModifiedBy>
  <cp:revision>4</cp:revision>
  <dcterms:created xsi:type="dcterms:W3CDTF">2026-08-05T15:18:00Z</dcterms:created>
  <dcterms:modified xsi:type="dcterms:W3CDTF">2026-08-05T15:29:00Z</dcterms:modified>
  <cp:category/>
</cp:coreProperties>
</file>