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4E7003" w14:paraId="6D2F2F13" w14:textId="77777777" w:rsidTr="001D1C4B">
        <w:tc>
          <w:tcPr>
            <w:tcW w:w="10070" w:type="dxa"/>
            <w:tcBorders>
              <w:bottom w:val="single" w:sz="4" w:space="0" w:color="auto"/>
            </w:tcBorders>
            <w:shd w:val="clear" w:color="auto" w:fill="36304D"/>
            <w:tcMar>
              <w:top w:w="0" w:type="dxa"/>
              <w:bottom w:w="0" w:type="dxa"/>
            </w:tcMar>
          </w:tcPr>
          <w:p w14:paraId="054CC506" w14:textId="5107CCCF" w:rsidR="004E7003" w:rsidRPr="005E1E97" w:rsidRDefault="004E7003" w:rsidP="00570240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ABSTRACT</w:t>
            </w:r>
          </w:p>
        </w:tc>
      </w:tr>
      <w:tr w:rsidR="004E7003" w14:paraId="67ED7A67" w14:textId="77777777" w:rsidTr="001D1C4B">
        <w:tc>
          <w:tcPr>
            <w:tcW w:w="10070" w:type="dxa"/>
            <w:tcBorders>
              <w:bottom w:val="single" w:sz="4" w:space="0" w:color="auto"/>
            </w:tcBorders>
            <w:shd w:val="clear" w:color="auto" w:fill="C2BCD6"/>
            <w:tcMar>
              <w:top w:w="0" w:type="dxa"/>
              <w:bottom w:w="0" w:type="dxa"/>
            </w:tcMar>
          </w:tcPr>
          <w:p w14:paraId="462DD913" w14:textId="77777777" w:rsidR="004E7003" w:rsidRPr="005E1E97" w:rsidRDefault="004E7003" w:rsidP="00570240">
            <w:pPr>
              <w:rPr>
                <w:color w:val="000000" w:themeColor="text1"/>
              </w:rPr>
            </w:pPr>
            <w:r w:rsidRPr="005E1E97">
              <w:rPr>
                <w:color w:val="000000" w:themeColor="text1"/>
              </w:rPr>
              <w:t>Title (max.150 characters)</w:t>
            </w:r>
          </w:p>
        </w:tc>
      </w:tr>
      <w:tr w:rsidR="004E7003" w14:paraId="1C57C685" w14:textId="77777777" w:rsidTr="001D1C4B">
        <w:tc>
          <w:tcPr>
            <w:tcW w:w="1007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bottom w:w="0" w:type="dxa"/>
            </w:tcMar>
          </w:tcPr>
          <w:p w14:paraId="1C7DACB8" w14:textId="77777777" w:rsidR="004E7003" w:rsidRPr="005E1E97" w:rsidRDefault="004E7003" w:rsidP="00570240">
            <w:pPr>
              <w:rPr>
                <w:color w:val="000000" w:themeColor="text1"/>
              </w:rPr>
            </w:pPr>
          </w:p>
        </w:tc>
      </w:tr>
      <w:tr w:rsidR="001D1C4B" w14:paraId="15C7D323" w14:textId="77777777" w:rsidTr="001D1C4B">
        <w:tc>
          <w:tcPr>
            <w:tcW w:w="10070" w:type="dxa"/>
            <w:shd w:val="clear" w:color="auto" w:fill="C2BCD6"/>
            <w:tcMar>
              <w:top w:w="0" w:type="dxa"/>
              <w:bottom w:w="0" w:type="dxa"/>
            </w:tcMar>
          </w:tcPr>
          <w:p w14:paraId="6E678E37" w14:textId="0D5DE922" w:rsidR="001D1C4B" w:rsidRPr="005E1E97" w:rsidRDefault="001D1C4B" w:rsidP="001D1C4B">
            <w:pPr>
              <w:rPr>
                <w:color w:val="000000" w:themeColor="text1"/>
              </w:rPr>
            </w:pPr>
            <w:r w:rsidRPr="005E1E97">
              <w:t>Abstract (max.250 words)</w:t>
            </w:r>
          </w:p>
        </w:tc>
      </w:tr>
      <w:tr w:rsidR="004E7003" w14:paraId="299AEE2E" w14:textId="77777777" w:rsidTr="001D1C4B">
        <w:trPr>
          <w:trHeight w:val="1714"/>
        </w:trPr>
        <w:tc>
          <w:tcPr>
            <w:tcW w:w="10070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2DFBA2A2" w14:textId="77777777" w:rsidR="004E7003" w:rsidRPr="005E1E97" w:rsidRDefault="004E7003" w:rsidP="00570240">
            <w:pPr>
              <w:rPr>
                <w:color w:val="000000" w:themeColor="text1"/>
              </w:rPr>
            </w:pPr>
          </w:p>
        </w:tc>
      </w:tr>
    </w:tbl>
    <w:p w14:paraId="0E26E5DB" w14:textId="77777777" w:rsidR="004E7003" w:rsidRDefault="004E7003" w:rsidP="008147F3"/>
    <w:p w14:paraId="594F3B85" w14:textId="516E4A95" w:rsidR="008147F3" w:rsidRDefault="008147F3" w:rsidP="008147F3"/>
    <w:p w14:paraId="0F300615" w14:textId="01DC21CB" w:rsidR="00154ACE" w:rsidRDefault="00154ACE" w:rsidP="008147F3"/>
    <w:p w14:paraId="7509286F" w14:textId="2796E595" w:rsidR="00154ACE" w:rsidRDefault="00154ACE" w:rsidP="008147F3"/>
    <w:p w14:paraId="62F24AE3" w14:textId="5A5E6EB4" w:rsidR="00154ACE" w:rsidRDefault="00154ACE" w:rsidP="008147F3"/>
    <w:p w14:paraId="73C9E76C" w14:textId="555814C5" w:rsidR="00154ACE" w:rsidRDefault="00154ACE" w:rsidP="008147F3"/>
    <w:p w14:paraId="2F2199F7" w14:textId="77777777" w:rsidR="00154ACE" w:rsidRDefault="00154ACE" w:rsidP="008147F3"/>
    <w:sectPr w:rsidR="00154ACE" w:rsidSect="00154ACE">
      <w:headerReference w:type="default" r:id="rId8"/>
      <w:pgSz w:w="12240" w:h="15840"/>
      <w:pgMar w:top="998" w:right="1080" w:bottom="1440" w:left="108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09EDE6" w14:textId="77777777" w:rsidR="00D4687B" w:rsidRDefault="00D4687B" w:rsidP="008147F3">
      <w:pPr>
        <w:spacing w:after="0" w:line="240" w:lineRule="auto"/>
      </w:pPr>
      <w:r>
        <w:separator/>
      </w:r>
    </w:p>
  </w:endnote>
  <w:endnote w:type="continuationSeparator" w:id="0">
    <w:p w14:paraId="7DC85766" w14:textId="77777777" w:rsidR="00D4687B" w:rsidRDefault="00D4687B" w:rsidP="00814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40ACA6" w14:textId="77777777" w:rsidR="00D4687B" w:rsidRDefault="00D4687B" w:rsidP="008147F3">
      <w:pPr>
        <w:spacing w:after="0" w:line="240" w:lineRule="auto"/>
      </w:pPr>
      <w:r>
        <w:separator/>
      </w:r>
    </w:p>
  </w:footnote>
  <w:footnote w:type="continuationSeparator" w:id="0">
    <w:p w14:paraId="6E562ADF" w14:textId="77777777" w:rsidR="00D4687B" w:rsidRDefault="00D4687B" w:rsidP="008147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9"/>
      <w:gridCol w:w="8001"/>
    </w:tblGrid>
    <w:tr w:rsidR="008147F3" w14:paraId="45B17455" w14:textId="77777777" w:rsidTr="008147F3">
      <w:tc>
        <w:tcPr>
          <w:tcW w:w="2093" w:type="dxa"/>
          <w:vAlign w:val="center"/>
        </w:tcPr>
        <w:p w14:paraId="682AF706" w14:textId="060EFDC3" w:rsidR="008147F3" w:rsidRDefault="008147F3" w:rsidP="008147F3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0829D578" wp14:editId="4906B750">
                <wp:extent cx="754380" cy="754380"/>
                <wp:effectExtent l="0" t="0" r="7620" b="7620"/>
                <wp:docPr id="11" name="Image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91" cy="7543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27" w:type="dxa"/>
          <w:vAlign w:val="center"/>
        </w:tcPr>
        <w:p w14:paraId="32D9CA2C" w14:textId="17E1D3B2" w:rsidR="008147F3" w:rsidRPr="008147F3" w:rsidRDefault="008147F3" w:rsidP="008147F3">
          <w:pPr>
            <w:pStyle w:val="Ttulo1"/>
            <w:jc w:val="center"/>
            <w:outlineLvl w:val="0"/>
            <w:rPr>
              <w:rFonts w:cstheme="majorHAnsi"/>
              <w:color w:val="36304D"/>
              <w:sz w:val="40"/>
              <w:szCs w:val="40"/>
            </w:rPr>
          </w:pPr>
          <w:r w:rsidRPr="008147F3">
            <w:rPr>
              <w:rFonts w:cstheme="majorHAnsi"/>
              <w:color w:val="36304D"/>
              <w:sz w:val="40"/>
              <w:szCs w:val="40"/>
            </w:rPr>
            <w:t>World Anti-Bullying Forum 2027</w:t>
          </w:r>
          <w:r>
            <w:rPr>
              <w:rFonts w:cstheme="majorHAnsi"/>
              <w:color w:val="36304D"/>
              <w:sz w:val="40"/>
              <w:szCs w:val="40"/>
            </w:rPr>
            <w:br/>
          </w:r>
          <w:r w:rsidRPr="008147F3">
            <w:rPr>
              <w:rFonts w:cstheme="majorHAnsi"/>
              <w:color w:val="36304D"/>
              <w:sz w:val="36"/>
              <w:szCs w:val="36"/>
            </w:rPr>
            <w:t>September 9–11 | Lisbon, Portuga</w:t>
          </w:r>
          <w:r w:rsidRPr="008147F3">
            <w:rPr>
              <w:rFonts w:cstheme="majorHAnsi"/>
              <w:color w:val="36304D"/>
              <w:sz w:val="36"/>
              <w:szCs w:val="36"/>
            </w:rPr>
            <w:t>l</w:t>
          </w:r>
        </w:p>
        <w:p w14:paraId="53538210" w14:textId="77777777" w:rsidR="008147F3" w:rsidRDefault="008147F3" w:rsidP="008147F3">
          <w:pPr>
            <w:pStyle w:val="Cabealho"/>
            <w:jc w:val="center"/>
          </w:pPr>
        </w:p>
      </w:tc>
    </w:tr>
  </w:tbl>
  <w:p w14:paraId="74C7B000" w14:textId="77777777" w:rsidR="008147F3" w:rsidRDefault="008147F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4ACE"/>
    <w:rsid w:val="001D1C4B"/>
    <w:rsid w:val="002636D4"/>
    <w:rsid w:val="0029639D"/>
    <w:rsid w:val="00326F90"/>
    <w:rsid w:val="004E7003"/>
    <w:rsid w:val="0055654A"/>
    <w:rsid w:val="005E1E97"/>
    <w:rsid w:val="008147F3"/>
    <w:rsid w:val="00AA1D8D"/>
    <w:rsid w:val="00B47730"/>
    <w:rsid w:val="00CB0664"/>
    <w:rsid w:val="00D4687B"/>
    <w:rsid w:val="00E67B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90BF080"/>
  <w14:defaultImageDpi w14:val="300"/>
  <w15:docId w15:val="{2BFD1292-AAE1-4C9A-A19C-424BC9A4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89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Joel Silvestre</cp:lastModifiedBy>
  <cp:revision>3</cp:revision>
  <dcterms:created xsi:type="dcterms:W3CDTF">2026-08-05T15:20:00Z</dcterms:created>
  <dcterms:modified xsi:type="dcterms:W3CDTF">2026-08-05T15:28:00Z</dcterms:modified>
  <cp:category/>
</cp:coreProperties>
</file>